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9A25B4" w:rsidRPr="00387745" w14:paraId="6B610893" w14:textId="77777777">
        <w:trPr>
          <w:jc w:val="center"/>
        </w:trPr>
        <w:tc>
          <w:tcPr>
            <w:tcW w:w="9746" w:type="dxa"/>
            <w:shd w:val="clear" w:color="auto" w:fill="276240"/>
            <w:tcMar>
              <w:top w:w="520" w:type="dxa"/>
              <w:left w:w="360" w:type="dxa"/>
              <w:bottom w:w="520" w:type="dxa"/>
              <w:right w:w="360" w:type="dxa"/>
            </w:tcMar>
          </w:tcPr>
          <w:p w14:paraId="4DFC05EB" w14:textId="77777777" w:rsidR="009A25B4" w:rsidRPr="00387745" w:rsidRDefault="00000000">
            <w:pPr>
              <w:rPr>
                <w:lang w:val="da-DK"/>
              </w:rPr>
            </w:pPr>
            <w:r w:rsidRPr="00387745">
              <w:rPr>
                <w:b/>
                <w:color w:val="DCEBDF"/>
                <w:sz w:val="24"/>
                <w:lang w:val="da-DK"/>
              </w:rPr>
              <w:t>SKABELON TIL</w:t>
            </w:r>
          </w:p>
          <w:p w14:paraId="74B43C8E" w14:textId="77777777" w:rsidR="009A25B4" w:rsidRPr="00387745" w:rsidRDefault="00000000">
            <w:pPr>
              <w:rPr>
                <w:lang w:val="da-DK"/>
              </w:rPr>
            </w:pPr>
            <w:r w:rsidRPr="00387745">
              <w:rPr>
                <w:b/>
                <w:color w:val="FFFFFF"/>
                <w:sz w:val="54"/>
                <w:lang w:val="da-DK"/>
              </w:rPr>
              <w:t>UDSTILLERARTIKEL</w:t>
            </w:r>
          </w:p>
          <w:p w14:paraId="03FD035F" w14:textId="77777777" w:rsidR="009A25B4" w:rsidRPr="00387745" w:rsidRDefault="00000000">
            <w:pPr>
              <w:spacing w:before="200"/>
              <w:rPr>
                <w:lang w:val="da-DK"/>
              </w:rPr>
            </w:pPr>
            <w:r w:rsidRPr="00387745">
              <w:rPr>
                <w:b/>
                <w:color w:val="FFFFFF"/>
                <w:sz w:val="30"/>
                <w:lang w:val="da-DK"/>
              </w:rPr>
              <w:t>Energiforum 2027</w:t>
            </w:r>
          </w:p>
          <w:p w14:paraId="0868EF86" w14:textId="77777777" w:rsidR="009A25B4" w:rsidRPr="00387745" w:rsidRDefault="00000000">
            <w:pPr>
              <w:rPr>
                <w:lang w:val="da-DK"/>
              </w:rPr>
            </w:pPr>
            <w:r w:rsidRPr="00387745">
              <w:rPr>
                <w:color w:val="DCEBDF"/>
                <w:sz w:val="30"/>
                <w:lang w:val="da-DK"/>
              </w:rPr>
              <w:t>Tema: Den robuste bygningsmasse</w:t>
            </w:r>
          </w:p>
        </w:tc>
      </w:tr>
    </w:tbl>
    <w:p w14:paraId="672A6659" w14:textId="77777777" w:rsidR="009A25B4" w:rsidRPr="00387745" w:rsidRDefault="009A25B4">
      <w:pPr>
        <w:rPr>
          <w:lang w:val="da-DK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9A25B4" w:rsidRPr="00387745" w14:paraId="2AF1AAAD" w14:textId="77777777" w:rsidTr="62AE6FDA">
        <w:trPr>
          <w:jc w:val="center"/>
        </w:trPr>
        <w:tc>
          <w:tcPr>
            <w:tcW w:w="9746" w:type="dxa"/>
            <w:shd w:val="clear" w:color="auto" w:fill="DCEBDF"/>
            <w:tcMar>
              <w:top w:w="220" w:type="dxa"/>
              <w:left w:w="240" w:type="dxa"/>
              <w:bottom w:w="220" w:type="dxa"/>
              <w:right w:w="240" w:type="dxa"/>
            </w:tcMar>
          </w:tcPr>
          <w:p w14:paraId="5C8C8B2D" w14:textId="77777777" w:rsidR="009A25B4" w:rsidRPr="00387745" w:rsidRDefault="00000000">
            <w:pPr>
              <w:rPr>
                <w:lang w:val="da-DK"/>
              </w:rPr>
            </w:pPr>
            <w:r w:rsidRPr="00387745">
              <w:rPr>
                <w:b/>
                <w:color w:val="276240"/>
                <w:sz w:val="24"/>
                <w:lang w:val="da-DK"/>
              </w:rPr>
              <w:t>Formålet med skabelonen</w:t>
            </w:r>
          </w:p>
          <w:p w14:paraId="67656128" w14:textId="7FBBDDB3" w:rsidR="009A25B4" w:rsidRPr="00387745" w:rsidRDefault="3442745B">
            <w:pPr>
              <w:spacing w:line="264" w:lineRule="auto"/>
              <w:rPr>
                <w:lang w:val="da-DK"/>
              </w:rPr>
            </w:pPr>
            <w:r w:rsidRPr="00387745">
              <w:rPr>
                <w:szCs w:val="21"/>
                <w:lang w:val="da-DK"/>
              </w:rPr>
              <w:t>Denne skabelon kan være behjælpelig, når I skal skrive jeres udstillerartikel.</w:t>
            </w:r>
            <w:r w:rsidR="33C12D70" w:rsidRPr="00387745">
              <w:rPr>
                <w:szCs w:val="21"/>
                <w:lang w:val="da-DK"/>
              </w:rPr>
              <w:t xml:space="preserve"> I udstillerartiklen har I mulighed for at præsentere jeres løsning</w:t>
            </w:r>
            <w:r w:rsidR="3C7AFA8D" w:rsidRPr="00387745">
              <w:rPr>
                <w:szCs w:val="21"/>
                <w:lang w:val="da-DK"/>
              </w:rPr>
              <w:t>(er).</w:t>
            </w:r>
            <w:r w:rsidRPr="00387745">
              <w:rPr>
                <w:szCs w:val="21"/>
                <w:lang w:val="da-DK"/>
              </w:rPr>
              <w:t xml:space="preserve"> </w:t>
            </w:r>
          </w:p>
          <w:p w14:paraId="0C932528" w14:textId="6DF01EE1" w:rsidR="009A25B4" w:rsidRPr="00387745" w:rsidRDefault="3442745B">
            <w:pPr>
              <w:spacing w:line="264" w:lineRule="auto"/>
              <w:rPr>
                <w:lang w:val="da-DK"/>
              </w:rPr>
            </w:pPr>
            <w:r w:rsidRPr="00387745">
              <w:rPr>
                <w:szCs w:val="21"/>
                <w:lang w:val="da-DK"/>
              </w:rPr>
              <w:t xml:space="preserve">Artiklen </w:t>
            </w:r>
            <w:r w:rsidR="00D443AE">
              <w:rPr>
                <w:szCs w:val="21"/>
                <w:lang w:val="da-DK"/>
              </w:rPr>
              <w:t>må meget gerne</w:t>
            </w:r>
            <w:r w:rsidRPr="00387745">
              <w:rPr>
                <w:szCs w:val="21"/>
                <w:lang w:val="da-DK"/>
              </w:rPr>
              <w:t xml:space="preserve"> tage udgangspunkt i en problemstilling, løsning, erfaring eller udvikling, der knytter sig til årets tema: </w:t>
            </w:r>
            <w:r w:rsidR="62AE6FDA" w:rsidRPr="00387745">
              <w:rPr>
                <w:b/>
                <w:bCs/>
                <w:szCs w:val="21"/>
                <w:lang w:val="da-DK"/>
              </w:rPr>
              <w:t>Den robuste bygningsmasse.</w:t>
            </w:r>
          </w:p>
          <w:p w14:paraId="294111E6" w14:textId="77777777" w:rsidR="009A25B4" w:rsidRDefault="00000000">
            <w:pPr>
              <w:spacing w:line="264" w:lineRule="auto"/>
              <w:rPr>
                <w:lang w:val="da-DK"/>
              </w:rPr>
            </w:pPr>
            <w:r w:rsidRPr="00387745">
              <w:rPr>
                <w:lang w:val="da-DK"/>
              </w:rPr>
              <w:t>Robusthed kan anskues fra mange vinkler. Vælg derfor det område, hvor jeres virksomhed har særlig viden eller konkrete erfaringer, og brug artiklen til at dele denne viden med læserne.</w:t>
            </w:r>
          </w:p>
          <w:p w14:paraId="3FF5B8C7" w14:textId="49824D90" w:rsidR="00DB3509" w:rsidRPr="00387745" w:rsidRDefault="00DB3509">
            <w:pPr>
              <w:spacing w:line="264" w:lineRule="auto"/>
              <w:rPr>
                <w:lang w:val="da-DK"/>
              </w:rPr>
            </w:pPr>
            <w:r>
              <w:rPr>
                <w:lang w:val="da-DK"/>
              </w:rPr>
              <w:t xml:space="preserve">Som inspiration kan du </w:t>
            </w:r>
            <w:r w:rsidR="00FC2A18">
              <w:rPr>
                <w:lang w:val="da-DK"/>
              </w:rPr>
              <w:t xml:space="preserve">læse artiklen Robusthed begynder i driften, som er et eksempel på en udstillerartikel </w:t>
            </w:r>
            <w:r w:rsidR="006D7C77">
              <w:rPr>
                <w:lang w:val="da-DK"/>
              </w:rPr>
              <w:t>med en fiktiv udstiller. Du finder denne på</w:t>
            </w:r>
            <w:r w:rsidR="00C911AA">
              <w:rPr>
                <w:lang w:val="da-DK"/>
              </w:rPr>
              <w:t xml:space="preserve"> </w:t>
            </w:r>
            <w:hyperlink r:id="rId11" w:history="1">
              <w:r w:rsidR="00C911AA" w:rsidRPr="00C911AA">
                <w:rPr>
                  <w:rStyle w:val="Hyperlink"/>
                  <w:lang w:val="da-DK"/>
                </w:rPr>
                <w:t>Udstillersiden</w:t>
              </w:r>
            </w:hyperlink>
          </w:p>
        </w:tc>
      </w:tr>
    </w:tbl>
    <w:p w14:paraId="0A37501D" w14:textId="77777777" w:rsidR="009A25B4" w:rsidRPr="00387745" w:rsidRDefault="009A25B4">
      <w:pPr>
        <w:rPr>
          <w:lang w:val="da-DK"/>
        </w:rPr>
      </w:pPr>
    </w:p>
    <w:p w14:paraId="5DAB6C7B" w14:textId="77777777" w:rsidR="009A25B4" w:rsidRPr="00FC2A18" w:rsidRDefault="00000000">
      <w:pPr>
        <w:rPr>
          <w:lang w:val="da-DK"/>
        </w:rPr>
      </w:pPr>
      <w:r w:rsidRPr="00FC2A18">
        <w:rPr>
          <w:lang w:val="da-DK"/>
        </w:rPr>
        <w:br w:type="page"/>
      </w:r>
    </w:p>
    <w:p w14:paraId="14AC9757" w14:textId="77777777" w:rsidR="009A25B4" w:rsidRDefault="00000000">
      <w:pPr>
        <w:pStyle w:val="Overskrift1"/>
      </w:pPr>
      <w:r>
        <w:rPr>
          <w:rFonts w:ascii="Aptos" w:hAnsi="Aptos"/>
          <w:sz w:val="30"/>
        </w:rPr>
        <w:lastRenderedPageBreak/>
        <w:t>1. Vælg en fængende overskrift</w:t>
      </w:r>
    </w:p>
    <w:p w14:paraId="746C2E9C" w14:textId="77777777" w:rsidR="009A25B4" w:rsidRPr="00387745" w:rsidRDefault="00000000">
      <w:pPr>
        <w:spacing w:after="120" w:line="259" w:lineRule="auto"/>
        <w:rPr>
          <w:lang w:val="da-DK"/>
        </w:rPr>
      </w:pPr>
      <w:r w:rsidRPr="00387745">
        <w:rPr>
          <w:lang w:val="da-DK"/>
        </w:rPr>
        <w:t>Lav en kort og fængende overskrift, som beskriver artiklens indhold og gerne vækker nysgerrighed. Kobl gerne overskriften til en konkret udfordring eller mulighed for fremtidens robuste bygningsmasse.</w:t>
      </w:r>
    </w:p>
    <w:p w14:paraId="05B3EE5F" w14:textId="77777777" w:rsidR="009A25B4" w:rsidRDefault="00000000">
      <w:proofErr w:type="spellStart"/>
      <w:r>
        <w:rPr>
          <w:b/>
          <w:color w:val="276240"/>
        </w:rPr>
        <w:t>Eksempler</w:t>
      </w:r>
      <w:proofErr w:type="spellEnd"/>
      <w:r>
        <w:rPr>
          <w:b/>
          <w:color w:val="276240"/>
        </w:rPr>
        <w:t>:</w:t>
      </w:r>
    </w:p>
    <w:p w14:paraId="1FB2F1D3" w14:textId="77777777" w:rsidR="009A25B4" w:rsidRDefault="00000000">
      <w:pPr>
        <w:pStyle w:val="Opstilling-punkttegn"/>
        <w:spacing w:after="40"/>
      </w:pPr>
      <w:r>
        <w:rPr>
          <w:sz w:val="20"/>
        </w:rPr>
        <w:t>Hvordan gør vi eksisterende bygninger klar til fremtidens klima?</w:t>
      </w:r>
    </w:p>
    <w:p w14:paraId="0B873174" w14:textId="77777777" w:rsidR="009A25B4" w:rsidRPr="00387745" w:rsidRDefault="00000000">
      <w:pPr>
        <w:pStyle w:val="Opstilling-punkttegn"/>
        <w:spacing w:after="40"/>
        <w:rPr>
          <w:lang w:val="da-DK"/>
        </w:rPr>
      </w:pPr>
      <w:r w:rsidRPr="00387745">
        <w:rPr>
          <w:sz w:val="20"/>
          <w:lang w:val="da-DK"/>
        </w:rPr>
        <w:t>Kan bedre data gøre vores bygninger mere robuste?</w:t>
      </w:r>
    </w:p>
    <w:p w14:paraId="27410C01" w14:textId="77777777" w:rsidR="009A25B4" w:rsidRDefault="00000000">
      <w:pPr>
        <w:pStyle w:val="Opstilling-punkttegn"/>
        <w:spacing w:after="40"/>
      </w:pPr>
      <w:proofErr w:type="spellStart"/>
      <w:r>
        <w:rPr>
          <w:sz w:val="20"/>
        </w:rPr>
        <w:t>Robusthed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begynder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driften</w:t>
      </w:r>
      <w:proofErr w:type="spellEnd"/>
    </w:p>
    <w:p w14:paraId="25025497" w14:textId="77777777" w:rsidR="009A25B4" w:rsidRDefault="00000000">
      <w:pPr>
        <w:pStyle w:val="Opstilling-punkttegn"/>
        <w:spacing w:after="40"/>
      </w:pPr>
      <w:r>
        <w:rPr>
          <w:sz w:val="20"/>
        </w:rPr>
        <w:t>Fra energirenovering til langsigtet robusthed</w:t>
      </w:r>
    </w:p>
    <w:p w14:paraId="4DB31C7D" w14:textId="77777777" w:rsidR="009A25B4" w:rsidRDefault="00000000">
      <w:pPr>
        <w:pStyle w:val="Opstilling-punkttegn"/>
        <w:spacing w:after="40"/>
      </w:pPr>
      <w:r>
        <w:rPr>
          <w:sz w:val="20"/>
        </w:rPr>
        <w:t>Hvordan fremtidssikrer vi de bygninger, vi allerede har?</w:t>
      </w:r>
    </w:p>
    <w:p w14:paraId="02EB378F" w14:textId="77777777" w:rsidR="009A25B4" w:rsidRDefault="009A25B4">
      <w:pPr>
        <w:spacing w:after="0"/>
      </w:pPr>
    </w:p>
    <w:p w14:paraId="6C557AB1" w14:textId="77777777" w:rsidR="009A25B4" w:rsidRDefault="00000000">
      <w:pPr>
        <w:pStyle w:val="Overskrift1"/>
      </w:pPr>
      <w:r>
        <w:rPr>
          <w:rFonts w:ascii="Aptos" w:hAnsi="Aptos"/>
          <w:sz w:val="30"/>
        </w:rPr>
        <w:t>2. Skriv en manchet på 3-4 linjer</w:t>
      </w:r>
    </w:p>
    <w:p w14:paraId="6A05A809" w14:textId="2A68EE14" w:rsidR="009A25B4" w:rsidRDefault="00000000" w:rsidP="00F43F54">
      <w:pPr>
        <w:spacing w:after="120" w:line="259" w:lineRule="auto"/>
      </w:pPr>
      <w:r>
        <w:t xml:space="preserve">Lav en kort manchet, der slår artiklens tema an og forklarer, hvorfor emnet er relevant for den robuste bygningsmasse. Giv læseren en smagsprøve på artiklens vigtigste pointe, men gem </w:t>
      </w:r>
      <w:proofErr w:type="spellStart"/>
      <w:r>
        <w:t>detaljerne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selve</w:t>
      </w:r>
      <w:proofErr w:type="spellEnd"/>
      <w:r>
        <w:t xml:space="preserve"> </w:t>
      </w:r>
      <w:proofErr w:type="spellStart"/>
      <w:r>
        <w:t>artiklen</w:t>
      </w:r>
      <w:proofErr w:type="spellEnd"/>
      <w:r>
        <w:t>.</w:t>
      </w:r>
    </w:p>
    <w:p w14:paraId="5C3283D1" w14:textId="77777777" w:rsidR="009A25B4" w:rsidRPr="00387745" w:rsidRDefault="00000000">
      <w:pPr>
        <w:pStyle w:val="Overskrift1"/>
        <w:rPr>
          <w:lang w:val="da-DK"/>
        </w:rPr>
      </w:pPr>
      <w:r w:rsidRPr="00387745">
        <w:rPr>
          <w:rFonts w:ascii="Aptos" w:hAnsi="Aptos"/>
          <w:sz w:val="30"/>
          <w:lang w:val="da-DK"/>
        </w:rPr>
        <w:t>3. Hvilken udfordring skal vi løse?</w:t>
      </w:r>
    </w:p>
    <w:p w14:paraId="3CD20B57" w14:textId="77777777" w:rsidR="009A25B4" w:rsidRPr="00387745" w:rsidRDefault="00000000">
      <w:pPr>
        <w:spacing w:after="120" w:line="259" w:lineRule="auto"/>
        <w:rPr>
          <w:lang w:val="da-DK"/>
        </w:rPr>
      </w:pPr>
      <w:r w:rsidRPr="00387745">
        <w:rPr>
          <w:lang w:val="da-DK"/>
        </w:rPr>
        <w:t xml:space="preserve">Indled artiklen med at beskrive den udfordring, I tager fat på. Det kan </w:t>
      </w:r>
      <w:proofErr w:type="gramStart"/>
      <w:r w:rsidRPr="00387745">
        <w:rPr>
          <w:lang w:val="da-DK"/>
        </w:rPr>
        <w:t>eksempelvis</w:t>
      </w:r>
      <w:proofErr w:type="gramEnd"/>
      <w:r w:rsidRPr="00387745">
        <w:rPr>
          <w:lang w:val="da-DK"/>
        </w:rPr>
        <w:t xml:space="preserve"> være inden for:</w:t>
      </w:r>
    </w:p>
    <w:p w14:paraId="0E0FB2B7" w14:textId="77777777" w:rsidR="009A25B4" w:rsidRDefault="00000000">
      <w:pPr>
        <w:pStyle w:val="Opstilling-punkttegn"/>
        <w:spacing w:after="40"/>
      </w:pPr>
      <w:proofErr w:type="spellStart"/>
      <w:r>
        <w:rPr>
          <w:sz w:val="20"/>
        </w:rPr>
        <w:t>energiforbrug</w:t>
      </w:r>
      <w:proofErr w:type="spellEnd"/>
      <w:r>
        <w:rPr>
          <w:sz w:val="20"/>
        </w:rPr>
        <w:t xml:space="preserve"> og </w:t>
      </w:r>
      <w:proofErr w:type="spellStart"/>
      <w:r>
        <w:rPr>
          <w:sz w:val="20"/>
        </w:rPr>
        <w:t>energieffektivisering</w:t>
      </w:r>
      <w:proofErr w:type="spellEnd"/>
    </w:p>
    <w:p w14:paraId="3DDB3194" w14:textId="77777777" w:rsidR="009A25B4" w:rsidRDefault="00000000">
      <w:pPr>
        <w:pStyle w:val="Opstilling-punkttegn"/>
        <w:spacing w:after="40"/>
      </w:pPr>
      <w:r>
        <w:rPr>
          <w:sz w:val="20"/>
        </w:rPr>
        <w:t>drift og vedligehold</w:t>
      </w:r>
    </w:p>
    <w:p w14:paraId="205BF525" w14:textId="77777777" w:rsidR="009A25B4" w:rsidRDefault="00000000">
      <w:pPr>
        <w:pStyle w:val="Opstilling-punkttegn"/>
        <w:spacing w:after="40"/>
      </w:pPr>
      <w:r>
        <w:rPr>
          <w:sz w:val="20"/>
        </w:rPr>
        <w:t>forsyningssikkerhed</w:t>
      </w:r>
    </w:p>
    <w:p w14:paraId="094C9A5B" w14:textId="77777777" w:rsidR="009A25B4" w:rsidRDefault="00000000">
      <w:pPr>
        <w:pStyle w:val="Opstilling-punkttegn"/>
        <w:spacing w:after="40"/>
      </w:pPr>
      <w:r>
        <w:rPr>
          <w:sz w:val="20"/>
        </w:rPr>
        <w:t>klimatilpasning</w:t>
      </w:r>
    </w:p>
    <w:p w14:paraId="6A46CE6F" w14:textId="77777777" w:rsidR="009A25B4" w:rsidRDefault="00000000">
      <w:pPr>
        <w:pStyle w:val="Opstilling-punkttegn"/>
        <w:spacing w:after="40"/>
      </w:pPr>
      <w:r>
        <w:rPr>
          <w:sz w:val="20"/>
        </w:rPr>
        <w:t>indeklima</w:t>
      </w:r>
    </w:p>
    <w:p w14:paraId="3D0AA506" w14:textId="77777777" w:rsidR="009A25B4" w:rsidRDefault="00000000">
      <w:pPr>
        <w:pStyle w:val="Opstilling-punkttegn"/>
        <w:spacing w:after="40"/>
      </w:pPr>
      <w:r>
        <w:rPr>
          <w:sz w:val="20"/>
        </w:rPr>
        <w:t>digitalisering og bygningsdata</w:t>
      </w:r>
    </w:p>
    <w:p w14:paraId="0C02BD4C" w14:textId="77777777" w:rsidR="009A25B4" w:rsidRDefault="00000000">
      <w:pPr>
        <w:pStyle w:val="Opstilling-punkttegn"/>
        <w:spacing w:after="40"/>
      </w:pPr>
      <w:r>
        <w:rPr>
          <w:sz w:val="20"/>
        </w:rPr>
        <w:t>renovering og levetidsforlængelse</w:t>
      </w:r>
    </w:p>
    <w:p w14:paraId="2159FA47" w14:textId="77777777" w:rsidR="009A25B4" w:rsidRDefault="00000000">
      <w:pPr>
        <w:pStyle w:val="Opstilling-punkttegn"/>
        <w:spacing w:after="40"/>
      </w:pPr>
      <w:r>
        <w:rPr>
          <w:sz w:val="20"/>
        </w:rPr>
        <w:t>materialer og cirkularitet</w:t>
      </w:r>
    </w:p>
    <w:p w14:paraId="0AC79DEF" w14:textId="77777777" w:rsidR="009A25B4" w:rsidRDefault="00000000">
      <w:pPr>
        <w:pStyle w:val="Opstilling-punkttegn"/>
        <w:spacing w:after="40"/>
      </w:pPr>
      <w:proofErr w:type="spellStart"/>
      <w:r>
        <w:rPr>
          <w:sz w:val="20"/>
        </w:rPr>
        <w:t>fleksibilitet</w:t>
      </w:r>
      <w:proofErr w:type="spellEnd"/>
      <w:r>
        <w:rPr>
          <w:sz w:val="20"/>
        </w:rPr>
        <w:t xml:space="preserve"> og nye </w:t>
      </w:r>
      <w:proofErr w:type="spellStart"/>
      <w:r>
        <w:rPr>
          <w:sz w:val="20"/>
        </w:rPr>
        <w:t>energiløsninger</w:t>
      </w:r>
      <w:proofErr w:type="spellEnd"/>
    </w:p>
    <w:p w14:paraId="3B569BAA" w14:textId="77777777" w:rsidR="009A25B4" w:rsidRPr="00387745" w:rsidRDefault="00000000">
      <w:pPr>
        <w:spacing w:after="120" w:line="259" w:lineRule="auto"/>
        <w:rPr>
          <w:lang w:val="da-DK"/>
        </w:rPr>
      </w:pPr>
      <w:r w:rsidRPr="00387745">
        <w:rPr>
          <w:lang w:val="da-DK"/>
        </w:rPr>
        <w:t>Beskriv gerne, hvorfor udfordringen er vigtig, og hvad der sker, hvis vi ikke forholder os til den.</w:t>
      </w:r>
    </w:p>
    <w:p w14:paraId="5A39BBE3" w14:textId="77777777" w:rsidR="009A25B4" w:rsidRDefault="009A25B4">
      <w:pPr>
        <w:spacing w:after="0"/>
      </w:pPr>
    </w:p>
    <w:p w14:paraId="4C9809C8" w14:textId="77777777" w:rsidR="009A25B4" w:rsidRDefault="00000000">
      <w:pPr>
        <w:pStyle w:val="Overskrift1"/>
      </w:pPr>
      <w:r>
        <w:rPr>
          <w:rFonts w:ascii="Aptos" w:hAnsi="Aptos"/>
          <w:sz w:val="30"/>
        </w:rPr>
        <w:t>4. Hvordan bidrager jeres viden eller løsning?</w:t>
      </w:r>
    </w:p>
    <w:p w14:paraId="662BE302" w14:textId="77777777" w:rsidR="009A25B4" w:rsidRPr="00387745" w:rsidRDefault="00000000">
      <w:pPr>
        <w:spacing w:after="120" w:line="259" w:lineRule="auto"/>
        <w:rPr>
          <w:lang w:val="da-DK"/>
        </w:rPr>
      </w:pPr>
      <w:r w:rsidRPr="00387745">
        <w:rPr>
          <w:lang w:val="da-DK"/>
        </w:rPr>
        <w:t>Her kan I folde jeres faglige perspektiv ud. Fortæl fx:</w:t>
      </w:r>
    </w:p>
    <w:p w14:paraId="279E64C7" w14:textId="77777777" w:rsidR="009A25B4" w:rsidRPr="00387745" w:rsidRDefault="00000000">
      <w:pPr>
        <w:pStyle w:val="Opstilling-punkttegn"/>
        <w:spacing w:after="40"/>
        <w:rPr>
          <w:lang w:val="da-DK"/>
        </w:rPr>
      </w:pPr>
      <w:r w:rsidRPr="00387745">
        <w:rPr>
          <w:sz w:val="20"/>
          <w:lang w:val="da-DK"/>
        </w:rPr>
        <w:t>Hvordan kan udfordringen gribes an?</w:t>
      </w:r>
    </w:p>
    <w:p w14:paraId="35A3F08D" w14:textId="77777777" w:rsidR="009A25B4" w:rsidRDefault="00000000">
      <w:pPr>
        <w:pStyle w:val="Opstilling-punkttegn"/>
        <w:spacing w:after="40"/>
      </w:pPr>
      <w:proofErr w:type="spellStart"/>
      <w:r>
        <w:rPr>
          <w:sz w:val="20"/>
        </w:rPr>
        <w:t>Hvilke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erfaringer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har</w:t>
      </w:r>
      <w:proofErr w:type="spellEnd"/>
      <w:r>
        <w:rPr>
          <w:sz w:val="20"/>
        </w:rPr>
        <w:t xml:space="preserve"> I gjort jer?</w:t>
      </w:r>
    </w:p>
    <w:p w14:paraId="74BA2D78" w14:textId="77777777" w:rsidR="009A25B4" w:rsidRDefault="00000000">
      <w:pPr>
        <w:pStyle w:val="Opstilling-punkttegn"/>
        <w:spacing w:after="40"/>
      </w:pPr>
      <w:r>
        <w:rPr>
          <w:sz w:val="20"/>
        </w:rPr>
        <w:t>Hvilke løsninger eller teknologier ser I potentiale i?</w:t>
      </w:r>
    </w:p>
    <w:p w14:paraId="4BCC90CE" w14:textId="77777777" w:rsidR="009A25B4" w:rsidRDefault="00000000">
      <w:pPr>
        <w:pStyle w:val="Opstilling-punkttegn"/>
        <w:spacing w:after="40"/>
      </w:pPr>
      <w:r>
        <w:rPr>
          <w:sz w:val="20"/>
        </w:rPr>
        <w:t>Har I en konkret case, der illustrerer det?</w:t>
      </w:r>
    </w:p>
    <w:p w14:paraId="40AEFF6E" w14:textId="77777777" w:rsidR="009A25B4" w:rsidRPr="00387745" w:rsidRDefault="00000000">
      <w:pPr>
        <w:pStyle w:val="Opstilling-punkttegn"/>
        <w:spacing w:after="40"/>
        <w:rPr>
          <w:lang w:val="da-DK"/>
        </w:rPr>
      </w:pPr>
      <w:r w:rsidRPr="00387745">
        <w:rPr>
          <w:sz w:val="20"/>
          <w:lang w:val="da-DK"/>
        </w:rPr>
        <w:t>Hvad bør bygningsejere, rådgivere eller driftspersonale være særligt opmærksomme på?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46"/>
      </w:tblGrid>
      <w:tr w:rsidR="009A25B4" w:rsidRPr="00387745" w14:paraId="20849499" w14:textId="77777777">
        <w:tc>
          <w:tcPr>
            <w:tcW w:w="9746" w:type="dxa"/>
            <w:shd w:val="clear" w:color="auto" w:fill="DCEBDF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6EC94360" w14:textId="77777777" w:rsidR="009A25B4" w:rsidRPr="00387745" w:rsidRDefault="00000000">
            <w:pPr>
              <w:rPr>
                <w:lang w:val="da-DK"/>
              </w:rPr>
            </w:pPr>
            <w:r w:rsidRPr="00387745">
              <w:rPr>
                <w:b/>
                <w:color w:val="276240"/>
                <w:sz w:val="20"/>
                <w:lang w:val="da-DK"/>
              </w:rPr>
              <w:t>Husk:</w:t>
            </w:r>
            <w:r w:rsidRPr="00387745">
              <w:rPr>
                <w:sz w:val="20"/>
                <w:lang w:val="da-DK"/>
              </w:rPr>
              <w:t xml:space="preserve"> I må naturligvis gerne fortælle om jeres egne løsninger og kompetencer, men artiklen skal først og fremmest give læseren faglig viden, inspiration eller konkrete erfaringer.</w:t>
            </w:r>
          </w:p>
        </w:tc>
      </w:tr>
    </w:tbl>
    <w:p w14:paraId="0566F8D7" w14:textId="77777777" w:rsidR="009A25B4" w:rsidRPr="00387745" w:rsidRDefault="00000000">
      <w:pPr>
        <w:pStyle w:val="Overskrift1"/>
        <w:rPr>
          <w:lang w:val="da-DK"/>
        </w:rPr>
      </w:pPr>
      <w:r w:rsidRPr="00387745">
        <w:rPr>
          <w:rFonts w:ascii="Aptos" w:hAnsi="Aptos"/>
          <w:sz w:val="30"/>
          <w:lang w:val="da-DK"/>
        </w:rPr>
        <w:lastRenderedPageBreak/>
        <w:t>5. Hvordan gør det bygningsmassen mere robust?</w:t>
      </w:r>
    </w:p>
    <w:p w14:paraId="5A28E298" w14:textId="77777777" w:rsidR="009A25B4" w:rsidRPr="00387745" w:rsidRDefault="00000000">
      <w:pPr>
        <w:spacing w:after="120" w:line="259" w:lineRule="auto"/>
        <w:rPr>
          <w:lang w:val="da-DK"/>
        </w:rPr>
      </w:pPr>
      <w:r w:rsidRPr="00387745">
        <w:rPr>
          <w:lang w:val="da-DK"/>
        </w:rPr>
        <w:t>Lav en tydelig kobling til årets tema. Forklar kort, hvordan det, I beskriver, kan bidrage til en bygningsmasse, der er bedre rustet til fremtidens udfordringer.</w:t>
      </w:r>
    </w:p>
    <w:p w14:paraId="325FA046" w14:textId="2F377F1B" w:rsidR="009A25B4" w:rsidRPr="0033649B" w:rsidRDefault="00000000" w:rsidP="0033649B">
      <w:pPr>
        <w:spacing w:after="120" w:line="259" w:lineRule="auto"/>
      </w:pPr>
      <w:r>
        <w:t xml:space="preserve">Her </w:t>
      </w:r>
      <w:proofErr w:type="spellStart"/>
      <w:r>
        <w:t>kan</w:t>
      </w:r>
      <w:proofErr w:type="spellEnd"/>
      <w:r>
        <w:t xml:space="preserve"> I </w:t>
      </w:r>
      <w:proofErr w:type="spellStart"/>
      <w:r>
        <w:t>fx</w:t>
      </w:r>
      <w:proofErr w:type="spellEnd"/>
      <w:r>
        <w:t xml:space="preserve"> komme ind på energi, økonomi, klima, forsyning, drift, levetid, fleksibilitet eller </w:t>
      </w:r>
      <w:proofErr w:type="spellStart"/>
      <w:r>
        <w:t>menneskerne</w:t>
      </w:r>
      <w:proofErr w:type="spellEnd"/>
      <w:r>
        <w:t xml:space="preserve">, der </w:t>
      </w:r>
      <w:proofErr w:type="spellStart"/>
      <w:r>
        <w:t>bruger</w:t>
      </w:r>
      <w:proofErr w:type="spellEnd"/>
      <w:r>
        <w:t xml:space="preserve"> </w:t>
      </w:r>
      <w:proofErr w:type="spellStart"/>
      <w:r>
        <w:t>bygningerne</w:t>
      </w:r>
      <w:proofErr w:type="spellEnd"/>
      <w:r>
        <w:t>.</w:t>
      </w:r>
      <w:r w:rsidRPr="0092737E">
        <w:rPr>
          <w:b/>
          <w:color w:val="276240"/>
          <w:sz w:val="30"/>
          <w:lang w:val="da-DK"/>
        </w:rPr>
        <w:t>6. Giv læseren noget med hjem</w:t>
      </w:r>
    </w:p>
    <w:p w14:paraId="3BDA8223" w14:textId="77777777" w:rsidR="009A25B4" w:rsidRPr="00387745" w:rsidRDefault="00000000">
      <w:pPr>
        <w:spacing w:after="120" w:line="259" w:lineRule="auto"/>
        <w:rPr>
          <w:lang w:val="da-DK"/>
        </w:rPr>
      </w:pPr>
      <w:r w:rsidRPr="00387745">
        <w:rPr>
          <w:lang w:val="da-DK"/>
        </w:rPr>
        <w:t>Afslut den faglige del med 2-3 konkrete pointer eller anbefalinger. Det skal gerne være noget, læseren kan tage med tilbage til sin egen organisation eller sine egne bygninger.</w:t>
      </w:r>
    </w:p>
    <w:p w14:paraId="69D8F82D" w14:textId="3B06CB2B" w:rsidR="009A25B4" w:rsidRDefault="0092737E">
      <w:proofErr w:type="spellStart"/>
      <w:r>
        <w:rPr>
          <w:b/>
          <w:color w:val="276240"/>
        </w:rPr>
        <w:t>Fx</w:t>
      </w:r>
      <w:proofErr w:type="spellEnd"/>
      <w:r>
        <w:rPr>
          <w:b/>
          <w:color w:val="276240"/>
        </w:rPr>
        <w:t xml:space="preserve">. </w:t>
      </w:r>
      <w:r w:rsidR="0033649B">
        <w:rPr>
          <w:b/>
          <w:color w:val="276240"/>
        </w:rPr>
        <w:t>3</w:t>
      </w:r>
      <w:r w:rsidR="00000000">
        <w:rPr>
          <w:b/>
          <w:color w:val="276240"/>
        </w:rPr>
        <w:t xml:space="preserve"> </w:t>
      </w:r>
      <w:proofErr w:type="spellStart"/>
      <w:r w:rsidR="00000000">
        <w:rPr>
          <w:b/>
          <w:color w:val="276240"/>
        </w:rPr>
        <w:t>råd</w:t>
      </w:r>
      <w:proofErr w:type="spellEnd"/>
      <w:r w:rsidR="00000000">
        <w:rPr>
          <w:b/>
          <w:color w:val="276240"/>
        </w:rPr>
        <w:t xml:space="preserve"> </w:t>
      </w:r>
      <w:proofErr w:type="spellStart"/>
      <w:r w:rsidR="00000000">
        <w:rPr>
          <w:b/>
          <w:color w:val="276240"/>
        </w:rPr>
        <w:t>til</w:t>
      </w:r>
      <w:proofErr w:type="spellEnd"/>
      <w:r w:rsidR="00000000">
        <w:rPr>
          <w:b/>
          <w:color w:val="276240"/>
        </w:rPr>
        <w:t xml:space="preserve"> en mere robust </w:t>
      </w:r>
      <w:proofErr w:type="spellStart"/>
      <w:r w:rsidR="00000000">
        <w:rPr>
          <w:b/>
          <w:color w:val="276240"/>
        </w:rPr>
        <w:t>bygningsmasse</w:t>
      </w:r>
      <w:proofErr w:type="spellEnd"/>
      <w:r w:rsidR="0033649B">
        <w:rPr>
          <w:b/>
          <w:color w:val="276240"/>
        </w:rPr>
        <w:t>.</w:t>
      </w:r>
    </w:p>
    <w:p w14:paraId="44EAFD9C" w14:textId="77777777" w:rsidR="009A25B4" w:rsidRDefault="009A25B4">
      <w:pPr>
        <w:spacing w:after="0"/>
      </w:pPr>
    </w:p>
    <w:p w14:paraId="2699492A" w14:textId="77777777" w:rsidR="009A25B4" w:rsidRDefault="00000000">
      <w:pPr>
        <w:pStyle w:val="Overskrift1"/>
      </w:pPr>
      <w:r>
        <w:rPr>
          <w:rFonts w:ascii="Aptos" w:hAnsi="Aptos"/>
          <w:sz w:val="30"/>
        </w:rPr>
        <w:t>7. Mød os på Energiforum 2027</w:t>
      </w:r>
    </w:p>
    <w:p w14:paraId="650C7607" w14:textId="77777777" w:rsidR="009A25B4" w:rsidRPr="00387745" w:rsidRDefault="00000000">
      <w:pPr>
        <w:spacing w:after="120" w:line="259" w:lineRule="auto"/>
        <w:rPr>
          <w:lang w:val="da-DK"/>
        </w:rPr>
      </w:pPr>
      <w:r w:rsidRPr="00387745">
        <w:rPr>
          <w:lang w:val="da-DK"/>
        </w:rPr>
        <w:t>Slut af med en kort invitation: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46"/>
      </w:tblGrid>
      <w:tr w:rsidR="009A25B4" w:rsidRPr="00387745" w14:paraId="611F51F9" w14:textId="77777777">
        <w:tc>
          <w:tcPr>
            <w:tcW w:w="9746" w:type="dxa"/>
            <w:shd w:val="clear" w:color="auto" w:fill="276240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10AE7A2F" w14:textId="77777777" w:rsidR="009A25B4" w:rsidRPr="00387745" w:rsidRDefault="00000000">
            <w:pPr>
              <w:rPr>
                <w:lang w:val="da-DK"/>
              </w:rPr>
            </w:pPr>
            <w:r w:rsidRPr="00387745">
              <w:rPr>
                <w:b/>
                <w:color w:val="FFFFFF"/>
                <w:sz w:val="22"/>
                <w:lang w:val="da-DK"/>
              </w:rPr>
              <w:t>Vil du vide mere?</w:t>
            </w:r>
          </w:p>
          <w:p w14:paraId="400BD743" w14:textId="77777777" w:rsidR="009A25B4" w:rsidRPr="00387745" w:rsidRDefault="00000000">
            <w:pPr>
              <w:rPr>
                <w:lang w:val="da-DK"/>
              </w:rPr>
            </w:pPr>
            <w:r w:rsidRPr="00387745">
              <w:rPr>
                <w:color w:val="FFFFFF"/>
                <w:lang w:val="da-DK"/>
              </w:rPr>
              <w:t>Mød os på stand [XX] på Energiforum 2027, hvor vi gerne fortæller mere om [emne/løsning] og tager en snak om, hvordan vi sammen kan skabe en mere robust bygningsmasse.</w:t>
            </w:r>
          </w:p>
        </w:tc>
      </w:tr>
    </w:tbl>
    <w:p w14:paraId="4B94D5A5" w14:textId="77777777" w:rsidR="009A25B4" w:rsidRDefault="009A25B4">
      <w:pPr>
        <w:spacing w:after="0"/>
      </w:pPr>
    </w:p>
    <w:p w14:paraId="30407477" w14:textId="77777777" w:rsidR="009A25B4" w:rsidRDefault="00000000">
      <w:pPr>
        <w:pStyle w:val="Overskrift1"/>
      </w:pPr>
      <w:r>
        <w:rPr>
          <w:rFonts w:ascii="Aptos" w:hAnsi="Aptos"/>
          <w:sz w:val="30"/>
        </w:rPr>
        <w:t>Praktiske rammer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9A25B4" w14:paraId="3EA31BFC" w14:textId="77777777">
        <w:trPr>
          <w:jc w:val="center"/>
        </w:trPr>
        <w:tc>
          <w:tcPr>
            <w:tcW w:w="4873" w:type="dxa"/>
            <w:shd w:val="clear" w:color="auto" w:fill="27624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69FBDAF" w14:textId="77777777" w:rsidR="009A25B4" w:rsidRDefault="00000000">
            <w:r>
              <w:rPr>
                <w:b/>
                <w:color w:val="FFFFFF"/>
                <w:sz w:val="19"/>
              </w:rPr>
              <w:t>Længde</w:t>
            </w:r>
          </w:p>
        </w:tc>
        <w:tc>
          <w:tcPr>
            <w:tcW w:w="4873" w:type="dxa"/>
            <w:shd w:val="clear" w:color="auto" w:fill="F3F7F4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06426C3" w14:textId="77777777" w:rsidR="009A25B4" w:rsidRDefault="00000000">
            <w:r>
              <w:rPr>
                <w:sz w:val="19"/>
              </w:rPr>
              <w:t>Ca. 3.000-5.000 tegn inkl. mellemrum</w:t>
            </w:r>
          </w:p>
        </w:tc>
      </w:tr>
      <w:tr w:rsidR="009A25B4" w:rsidRPr="00387745" w14:paraId="6659136F" w14:textId="77777777">
        <w:trPr>
          <w:jc w:val="center"/>
        </w:trPr>
        <w:tc>
          <w:tcPr>
            <w:tcW w:w="4873" w:type="dxa"/>
            <w:shd w:val="clear" w:color="auto" w:fill="27624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983DB3F" w14:textId="77777777" w:rsidR="009A25B4" w:rsidRDefault="00000000">
            <w:r>
              <w:rPr>
                <w:b/>
                <w:color w:val="FFFFFF"/>
                <w:sz w:val="19"/>
              </w:rPr>
              <w:t>Tone</w:t>
            </w:r>
          </w:p>
        </w:tc>
        <w:tc>
          <w:tcPr>
            <w:tcW w:w="4873" w:type="dxa"/>
            <w:shd w:val="clear" w:color="auto" w:fill="E8F0E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58E25AC" w14:textId="77777777" w:rsidR="009A25B4" w:rsidRPr="00387745" w:rsidRDefault="00000000">
            <w:pPr>
              <w:rPr>
                <w:lang w:val="da-DK"/>
              </w:rPr>
            </w:pPr>
            <w:r w:rsidRPr="00387745">
              <w:rPr>
                <w:sz w:val="19"/>
                <w:lang w:val="da-DK"/>
              </w:rPr>
              <w:t>Faglig, konkret og let tilgængelig</w:t>
            </w:r>
          </w:p>
        </w:tc>
      </w:tr>
      <w:tr w:rsidR="009A25B4" w14:paraId="46390D81" w14:textId="77777777">
        <w:trPr>
          <w:jc w:val="center"/>
        </w:trPr>
        <w:tc>
          <w:tcPr>
            <w:tcW w:w="4873" w:type="dxa"/>
            <w:shd w:val="clear" w:color="auto" w:fill="27624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3971762" w14:textId="77777777" w:rsidR="009A25B4" w:rsidRDefault="00000000">
            <w:proofErr w:type="spellStart"/>
            <w:r>
              <w:rPr>
                <w:b/>
                <w:color w:val="FFFFFF"/>
                <w:sz w:val="19"/>
              </w:rPr>
              <w:t>Fokus</w:t>
            </w:r>
            <w:proofErr w:type="spellEnd"/>
          </w:p>
        </w:tc>
        <w:tc>
          <w:tcPr>
            <w:tcW w:w="4873" w:type="dxa"/>
            <w:shd w:val="clear" w:color="auto" w:fill="F3F7F4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470CE7A" w14:textId="77777777" w:rsidR="009A25B4" w:rsidRDefault="00000000">
            <w:r>
              <w:rPr>
                <w:sz w:val="19"/>
              </w:rPr>
              <w:t>Viden, erfaringer, cases og inspiration frem for ren produktmarkedsføring</w:t>
            </w:r>
          </w:p>
        </w:tc>
      </w:tr>
      <w:tr w:rsidR="009A25B4" w:rsidRPr="00387745" w14:paraId="55D843F1" w14:textId="77777777">
        <w:trPr>
          <w:jc w:val="center"/>
        </w:trPr>
        <w:tc>
          <w:tcPr>
            <w:tcW w:w="4873" w:type="dxa"/>
            <w:shd w:val="clear" w:color="auto" w:fill="27624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D388BC5" w14:textId="77777777" w:rsidR="009A25B4" w:rsidRDefault="00000000">
            <w:r>
              <w:rPr>
                <w:b/>
                <w:color w:val="FFFFFF"/>
                <w:sz w:val="19"/>
              </w:rPr>
              <w:t>Billeder</w:t>
            </w:r>
          </w:p>
        </w:tc>
        <w:tc>
          <w:tcPr>
            <w:tcW w:w="4873" w:type="dxa"/>
            <w:shd w:val="clear" w:color="auto" w:fill="E8F0E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414BD9" w14:textId="77777777" w:rsidR="009A25B4" w:rsidRPr="00387745" w:rsidRDefault="00000000">
            <w:pPr>
              <w:rPr>
                <w:lang w:val="da-DK"/>
              </w:rPr>
            </w:pPr>
            <w:r w:rsidRPr="00387745">
              <w:rPr>
                <w:sz w:val="19"/>
                <w:lang w:val="da-DK"/>
              </w:rPr>
              <w:t>Vedlæg gerne et hovedbillede samt 1-2 supplerende billeder</w:t>
            </w:r>
          </w:p>
        </w:tc>
      </w:tr>
      <w:tr w:rsidR="009A25B4" w14:paraId="2D00CBD8" w14:textId="77777777">
        <w:trPr>
          <w:jc w:val="center"/>
        </w:trPr>
        <w:tc>
          <w:tcPr>
            <w:tcW w:w="4873" w:type="dxa"/>
            <w:shd w:val="clear" w:color="auto" w:fill="27624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694584C" w14:textId="77777777" w:rsidR="009A25B4" w:rsidRDefault="00000000">
            <w:r>
              <w:rPr>
                <w:b/>
                <w:color w:val="FFFFFF"/>
                <w:sz w:val="19"/>
              </w:rPr>
              <w:t>Husk</w:t>
            </w:r>
          </w:p>
        </w:tc>
        <w:tc>
          <w:tcPr>
            <w:tcW w:w="4873" w:type="dxa"/>
            <w:shd w:val="clear" w:color="auto" w:fill="F3F7F4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6D55AB3" w14:textId="723080E3" w:rsidR="009A25B4" w:rsidRDefault="009935E6">
            <w:proofErr w:type="spellStart"/>
            <w:r>
              <w:rPr>
                <w:sz w:val="19"/>
              </w:rPr>
              <w:t>B</w:t>
            </w:r>
            <w:r w:rsidR="00000000">
              <w:rPr>
                <w:sz w:val="19"/>
              </w:rPr>
              <w:t>illedtekster</w:t>
            </w:r>
            <w:proofErr w:type="spellEnd"/>
            <w:r w:rsidR="00000000">
              <w:rPr>
                <w:sz w:val="19"/>
              </w:rPr>
              <w:t xml:space="preserve"> og </w:t>
            </w:r>
            <w:proofErr w:type="spellStart"/>
            <w:r w:rsidR="00000000">
              <w:rPr>
                <w:sz w:val="19"/>
              </w:rPr>
              <w:t>eventuel</w:t>
            </w:r>
            <w:proofErr w:type="spellEnd"/>
            <w:r w:rsidR="00000000">
              <w:rPr>
                <w:sz w:val="19"/>
              </w:rPr>
              <w:t xml:space="preserve"> </w:t>
            </w:r>
            <w:proofErr w:type="spellStart"/>
            <w:r w:rsidR="00000000">
              <w:rPr>
                <w:sz w:val="19"/>
              </w:rPr>
              <w:t>fotokreditering</w:t>
            </w:r>
            <w:proofErr w:type="spellEnd"/>
          </w:p>
        </w:tc>
      </w:tr>
      <w:tr w:rsidR="009A25B4" w:rsidRPr="00387745" w14:paraId="6E4AC094" w14:textId="77777777">
        <w:trPr>
          <w:jc w:val="center"/>
        </w:trPr>
        <w:tc>
          <w:tcPr>
            <w:tcW w:w="4873" w:type="dxa"/>
            <w:shd w:val="clear" w:color="auto" w:fill="27624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21AF30C" w14:textId="77777777" w:rsidR="009A25B4" w:rsidRDefault="00000000">
            <w:r>
              <w:rPr>
                <w:b/>
                <w:color w:val="FFFFFF"/>
                <w:sz w:val="19"/>
              </w:rPr>
              <w:t>Aflevering</w:t>
            </w:r>
          </w:p>
        </w:tc>
        <w:tc>
          <w:tcPr>
            <w:tcW w:w="4873" w:type="dxa"/>
            <w:shd w:val="clear" w:color="auto" w:fill="E8F0E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D730CB9" w14:textId="44180AE3" w:rsidR="009A25B4" w:rsidRPr="00387745" w:rsidRDefault="00000000">
            <w:pPr>
              <w:rPr>
                <w:lang w:val="da-DK"/>
              </w:rPr>
            </w:pPr>
            <w:r w:rsidRPr="00387745">
              <w:rPr>
                <w:sz w:val="19"/>
                <w:lang w:val="da-DK"/>
              </w:rPr>
              <w:t>Send tekst og billedmateriale samlet til Energiforum Danmark</w:t>
            </w:r>
            <w:r w:rsidR="009935E6">
              <w:rPr>
                <w:sz w:val="19"/>
                <w:lang w:val="da-DK"/>
              </w:rPr>
              <w:t xml:space="preserve"> på info@energiforumdanmark.dk</w:t>
            </w:r>
          </w:p>
        </w:tc>
      </w:tr>
    </w:tbl>
    <w:p w14:paraId="7793F40B" w14:textId="31952C0B" w:rsidR="009A25B4" w:rsidRDefault="009A25B4">
      <w:pPr>
        <w:spacing w:after="60"/>
      </w:pPr>
    </w:p>
    <w:sectPr w:rsidR="009A25B4" w:rsidSect="00034616">
      <w:headerReference w:type="default" r:id="rId12"/>
      <w:footerReference w:type="default" r:id="rId13"/>
      <w:pgSz w:w="12240" w:h="15840"/>
      <w:pgMar w:top="1020" w:right="1247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4FCA5" w14:textId="77777777" w:rsidR="00E84DD3" w:rsidRDefault="00E84DD3">
      <w:pPr>
        <w:spacing w:after="0" w:line="240" w:lineRule="auto"/>
      </w:pPr>
      <w:r>
        <w:separator/>
      </w:r>
    </w:p>
  </w:endnote>
  <w:endnote w:type="continuationSeparator" w:id="0">
    <w:p w14:paraId="690DC9E8" w14:textId="77777777" w:rsidR="00E84DD3" w:rsidRDefault="00E84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0BE4F" w14:textId="0942DD93" w:rsidR="009A25B4" w:rsidRPr="00DB3509" w:rsidRDefault="00F43F54">
    <w:pPr>
      <w:pStyle w:val="Sidefod"/>
      <w:jc w:val="center"/>
      <w:rPr>
        <w:lang w:val="da-DK"/>
      </w:rPr>
    </w:pPr>
    <w:r w:rsidRPr="00C17AA5">
      <w:rPr>
        <w:color w:val="6B746F"/>
        <w:sz w:val="17"/>
        <w:lang w:val="da-DK"/>
      </w:rPr>
      <w:t>Skabelon til udstillerartikel</w:t>
    </w:r>
    <w:r w:rsidR="00C17AA5" w:rsidRPr="00C17AA5">
      <w:rPr>
        <w:color w:val="6B746F"/>
        <w:sz w:val="17"/>
        <w:lang w:val="da-DK"/>
      </w:rPr>
      <w:t xml:space="preserve"> </w:t>
    </w:r>
    <w:r w:rsidR="00C17AA5" w:rsidRPr="00C17AA5">
      <w:rPr>
        <w:color w:val="6B746F"/>
        <w:sz w:val="17"/>
        <w:lang w:val="da-DK"/>
      </w:rPr>
      <w:t>|</w:t>
    </w:r>
    <w:r w:rsidR="00C17AA5" w:rsidRPr="00C17AA5">
      <w:rPr>
        <w:color w:val="6B746F"/>
        <w:sz w:val="17"/>
        <w:lang w:val="da-DK"/>
      </w:rPr>
      <w:t xml:space="preserve"> </w:t>
    </w:r>
    <w:r w:rsidR="00C17AA5">
      <w:rPr>
        <w:color w:val="6B746F"/>
        <w:sz w:val="17"/>
        <w:lang w:val="da-DK"/>
      </w:rPr>
      <w:t xml:space="preserve">Energiforum 2027 </w:t>
    </w:r>
    <w:r w:rsidR="00C17AA5" w:rsidRPr="00C17AA5">
      <w:rPr>
        <w:color w:val="6B746F"/>
        <w:sz w:val="17"/>
        <w:lang w:val="da-DK"/>
      </w:rPr>
      <w:t>|</w:t>
    </w:r>
    <w:r w:rsidR="00C17AA5" w:rsidRPr="00C17AA5">
      <w:rPr>
        <w:color w:val="6B746F"/>
        <w:sz w:val="17"/>
        <w:lang w:val="da-DK"/>
      </w:rPr>
      <w:t xml:space="preserve"> </w:t>
    </w:r>
    <w:r w:rsidR="00000000" w:rsidRPr="00C17AA5">
      <w:rPr>
        <w:color w:val="6B746F"/>
        <w:sz w:val="17"/>
        <w:lang w:val="da-DK"/>
      </w:rPr>
      <w:t>Den robuste bygningsmasse</w:t>
    </w:r>
    <w:r w:rsidR="00C17AA5">
      <w:rPr>
        <w:color w:val="6B746F"/>
        <w:sz w:val="17"/>
        <w:lang w:val="da-DK"/>
      </w:rPr>
      <w:t xml:space="preserve"> </w:t>
    </w:r>
    <w:r w:rsidR="00DB3509" w:rsidRPr="00DB3509">
      <w:rPr>
        <w:color w:val="6B746F"/>
        <w:sz w:val="17"/>
        <w:lang w:val="da-DK"/>
      </w:rPr>
      <w:t>|</w:t>
    </w:r>
    <w:r w:rsidR="00DB3509">
      <w:rPr>
        <w:color w:val="6B746F"/>
        <w:sz w:val="17"/>
        <w:lang w:val="da-DK"/>
      </w:rPr>
      <w:t xml:space="preserve"> </w:t>
    </w:r>
    <w:r w:rsidR="00DB3509" w:rsidRPr="00DB3509">
      <w:rPr>
        <w:color w:val="6B746F"/>
        <w:sz w:val="17"/>
        <w:lang w:val="da-DK"/>
      </w:rPr>
      <w:fldChar w:fldCharType="begin"/>
    </w:r>
    <w:r w:rsidR="00DB3509" w:rsidRPr="00DB3509">
      <w:rPr>
        <w:color w:val="6B746F"/>
        <w:sz w:val="17"/>
        <w:lang w:val="da-DK"/>
      </w:rPr>
      <w:instrText>PAGE   \* MERGEFORMAT</w:instrText>
    </w:r>
    <w:r w:rsidR="00DB3509" w:rsidRPr="00DB3509">
      <w:rPr>
        <w:color w:val="6B746F"/>
        <w:sz w:val="17"/>
        <w:lang w:val="da-DK"/>
      </w:rPr>
      <w:fldChar w:fldCharType="separate"/>
    </w:r>
    <w:r w:rsidR="00DB3509" w:rsidRPr="00DB3509">
      <w:rPr>
        <w:color w:val="6B746F"/>
        <w:sz w:val="17"/>
        <w:lang w:val="da-DK"/>
      </w:rPr>
      <w:t>1</w:t>
    </w:r>
    <w:r w:rsidR="00DB3509" w:rsidRPr="00DB3509">
      <w:rPr>
        <w:color w:val="6B746F"/>
        <w:sz w:val="17"/>
        <w:lang w:val="da-DK"/>
      </w:rPr>
      <w:fldChar w:fldCharType="end"/>
    </w:r>
    <w:r w:rsidR="00DB3509">
      <w:rPr>
        <w:color w:val="6B746F"/>
        <w:sz w:val="17"/>
        <w:lang w:val="da-DK"/>
      </w:rPr>
      <w:t xml:space="preserve"> af </w:t>
    </w:r>
    <w:r w:rsidR="009935E6">
      <w:rPr>
        <w:color w:val="6B746F"/>
        <w:sz w:val="17"/>
        <w:lang w:val="da-DK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25FD7" w14:textId="77777777" w:rsidR="00E84DD3" w:rsidRDefault="00E84DD3">
      <w:pPr>
        <w:spacing w:after="0" w:line="240" w:lineRule="auto"/>
      </w:pPr>
      <w:r>
        <w:separator/>
      </w:r>
    </w:p>
  </w:footnote>
  <w:footnote w:type="continuationSeparator" w:id="0">
    <w:p w14:paraId="7BE215C2" w14:textId="77777777" w:rsidR="00E84DD3" w:rsidRDefault="00E84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97F6F" w14:textId="4F9F4701" w:rsidR="009A25B4" w:rsidRDefault="00000000">
    <w:pPr>
      <w:pStyle w:val="Sidehoved"/>
      <w:jc w:val="right"/>
    </w:pPr>
    <w:r>
      <w:rPr>
        <w:b/>
        <w:color w:val="276240"/>
        <w:sz w:val="16"/>
      </w:rPr>
      <w:t>ENERGIFORUM 2027 | UDSTILLERARTIKEL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/nD6jsOitQnMZo" int2:id="oljgJ2y8">
      <int2:state int2:value="Rejected" int2:type="spell"/>
    </int2:textHash>
    <int2:textHash int2:hashCode="dxUkRM37Hw/C3u" int2:id="70ShZcUC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4871740">
    <w:abstractNumId w:val="8"/>
  </w:num>
  <w:num w:numId="2" w16cid:durableId="610014442">
    <w:abstractNumId w:val="6"/>
  </w:num>
  <w:num w:numId="3" w16cid:durableId="1942177086">
    <w:abstractNumId w:val="5"/>
  </w:num>
  <w:num w:numId="4" w16cid:durableId="1837375056">
    <w:abstractNumId w:val="4"/>
  </w:num>
  <w:num w:numId="5" w16cid:durableId="857424097">
    <w:abstractNumId w:val="7"/>
  </w:num>
  <w:num w:numId="6" w16cid:durableId="2043285081">
    <w:abstractNumId w:val="3"/>
  </w:num>
  <w:num w:numId="7" w16cid:durableId="1091849945">
    <w:abstractNumId w:val="2"/>
  </w:num>
  <w:num w:numId="8" w16cid:durableId="1666930858">
    <w:abstractNumId w:val="1"/>
  </w:num>
  <w:num w:numId="9" w16cid:durableId="1688362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0D7"/>
    <w:rsid w:val="0029639D"/>
    <w:rsid w:val="00326F90"/>
    <w:rsid w:val="0033649B"/>
    <w:rsid w:val="00387745"/>
    <w:rsid w:val="006D7C77"/>
    <w:rsid w:val="008E2B3C"/>
    <w:rsid w:val="0092737E"/>
    <w:rsid w:val="009935E6"/>
    <w:rsid w:val="009A25B4"/>
    <w:rsid w:val="00A343B5"/>
    <w:rsid w:val="00AA1D8D"/>
    <w:rsid w:val="00B47730"/>
    <w:rsid w:val="00C17AA5"/>
    <w:rsid w:val="00C911AA"/>
    <w:rsid w:val="00CB0664"/>
    <w:rsid w:val="00CF4FC6"/>
    <w:rsid w:val="00D443AE"/>
    <w:rsid w:val="00DB3509"/>
    <w:rsid w:val="00E84DD3"/>
    <w:rsid w:val="00F43F54"/>
    <w:rsid w:val="00FC2A18"/>
    <w:rsid w:val="00FC693F"/>
    <w:rsid w:val="0AC429BD"/>
    <w:rsid w:val="2AC9875F"/>
    <w:rsid w:val="33C12D70"/>
    <w:rsid w:val="3442745B"/>
    <w:rsid w:val="3C7AFA8D"/>
    <w:rsid w:val="5A921F11"/>
    <w:rsid w:val="62AE6FDA"/>
    <w:rsid w:val="63E08EAB"/>
    <w:rsid w:val="669627D9"/>
    <w:rsid w:val="6918999E"/>
    <w:rsid w:val="6AE381B2"/>
    <w:rsid w:val="7157A53B"/>
    <w:rsid w:val="7AD39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D7939CE-1238-4085-A2F6-11834FBCC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4302A"/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27624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276240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rdskrifttypeiafsnit"/>
    <w:uiPriority w:val="99"/>
    <w:unhideWhenUsed/>
    <w:rsid w:val="00C911AA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91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nergiforumdanmark.dk/energiforum-2027/udstillere-2027/velkommen-som-udstiller-paa-energiforum-2027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8278545-0c0b-484c-80a8-c2aef4e59d41">
      <UserInfo>
        <DisplayName/>
        <AccountId xsi:nil="true"/>
        <AccountType/>
      </UserInfo>
    </SharedWithUsers>
    <lcf76f155ced4ddcb4097134ff3c332f xmlns="47eb7d0d-6614-4220-8523-115e52401afd">
      <Terms xmlns="http://schemas.microsoft.com/office/infopath/2007/PartnerControls"/>
    </lcf76f155ced4ddcb4097134ff3c332f>
    <TaxCatchAll xmlns="78278545-0c0b-484c-80a8-c2aef4e59d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810887D274C543B777EC382B579641" ma:contentTypeVersion="16" ma:contentTypeDescription="Opret et nyt dokument." ma:contentTypeScope="" ma:versionID="669835f216c74401ae269fd8fe7a20be">
  <xsd:schema xmlns:xsd="http://www.w3.org/2001/XMLSchema" xmlns:xs="http://www.w3.org/2001/XMLSchema" xmlns:p="http://schemas.microsoft.com/office/2006/metadata/properties" xmlns:ns2="47eb7d0d-6614-4220-8523-115e52401afd" xmlns:ns3="78278545-0c0b-484c-80a8-c2aef4e59d41" targetNamespace="http://schemas.microsoft.com/office/2006/metadata/properties" ma:root="true" ma:fieldsID="f18664bdaa31ca841d3602b981b6967b" ns2:_="" ns3:_="">
    <xsd:import namespace="47eb7d0d-6614-4220-8523-115e52401afd"/>
    <xsd:import namespace="78278545-0c0b-484c-80a8-c2aef4e59d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eb7d0d-6614-4220-8523-115e52401a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41a348fd-58d2-4a1b-ae25-bec7a0e50f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78545-0c0b-484c-80a8-c2aef4e59d4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c829d21-7f99-4fd9-a7cd-1db8650982a0}" ma:internalName="TaxCatchAll" ma:showField="CatchAllData" ma:web="78278545-0c0b-484c-80a8-c2aef4e59d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4E622D-6CC5-4DB7-9F13-2DC41471C320}">
  <ds:schemaRefs>
    <ds:schemaRef ds:uri="http://schemas.microsoft.com/office/2006/metadata/properties"/>
    <ds:schemaRef ds:uri="http://schemas.microsoft.com/office/infopath/2007/PartnerControls"/>
    <ds:schemaRef ds:uri="78278545-0c0b-484c-80a8-c2aef4e59d41"/>
    <ds:schemaRef ds:uri="47eb7d0d-6614-4220-8523-115e52401afd"/>
  </ds:schemaRefs>
</ds:datastoreItem>
</file>

<file path=customXml/itemProps2.xml><?xml version="1.0" encoding="utf-8"?>
<ds:datastoreItem xmlns:ds="http://schemas.openxmlformats.org/officeDocument/2006/customXml" ds:itemID="{77E6A153-28C9-4C3F-8CC2-AE1AF7206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72B8A6-64B6-4207-9D92-575BE3966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eb7d0d-6614-4220-8523-115e52401afd"/>
    <ds:schemaRef ds:uri="78278545-0c0b-484c-80a8-c2aef4e59d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549</Words>
  <Characters>3351</Characters>
  <Application>Microsoft Office Word</Application>
  <DocSecurity>0</DocSecurity>
  <Lines>27</Lines>
  <Paragraphs>7</Paragraphs>
  <ScaleCrop>false</ScaleCrop>
  <Manager/>
  <Company/>
  <LinksUpToDate>false</LinksUpToDate>
  <CharactersWithSpaces>3893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Den robuste bygningsmasse</dc:subject>
  <dc:creator>Janne Roest-Madsen</dc:creator>
  <cp:keywords/>
  <dc:description>generated by python-docx</dc:description>
  <cp:lastModifiedBy>Janne Roest-Madsen</cp:lastModifiedBy>
  <cp:revision>16</cp:revision>
  <dcterms:created xsi:type="dcterms:W3CDTF">2026-10-19T08:29:00Z</dcterms:created>
  <dcterms:modified xsi:type="dcterms:W3CDTF">2026-10-21T11:51:00Z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0x010100A4810887D274C543B777EC382B579641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_activity">
    <vt:lpwstr>{"FileActivityType":"9","FileActivityTimeStamp":"2026-10-19T08:29:16.757Z","FileActivityUsersOnPage":[{"DisplayName":"Janne Roest-Madsen","Id":"jrm@tekniq.dk"}],"FileActivityNavigationId":null}</vt:lpwstr>
  </property>
  <property fmtid="{D5CDD505-2E9C-101B-9397-08002B2CF9AE}" pid="6" name="TriggerFlowInfo">
    <vt:lpwstr/>
  </property>
  <property fmtid="{D5CDD505-2E9C-101B-9397-08002B2CF9AE}" pid="7" name="docLang">
    <vt:lpwstr>da</vt:lpwstr>
  </property>
  <property fmtid="{D5CDD505-2E9C-101B-9397-08002B2CF9AE}" pid="8" name="MediaServiceImageTags">
    <vt:lpwstr/>
  </property>
</Properties>
</file>